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69621" w14:textId="77777777" w:rsidR="00BF7FED" w:rsidRDefault="00000000">
      <w:pPr>
        <w:jc w:val="center"/>
      </w:pPr>
      <w:r>
        <w:rPr>
          <w:b/>
          <w:sz w:val="32"/>
        </w:rPr>
        <w:t>JOB DESCRIPTION</w:t>
      </w:r>
      <w:r>
        <w:rPr>
          <w:b/>
          <w:sz w:val="32"/>
        </w:rPr>
        <w:br/>
        <w:t>Young Adults and Singles Intern</w:t>
      </w:r>
    </w:p>
    <w:p w14:paraId="2C3A451C" w14:textId="77777777" w:rsidR="00BF7FED" w:rsidRDefault="00000000">
      <w:pPr>
        <w:pStyle w:val="Heading2"/>
      </w:pPr>
      <w:r>
        <w:t>Position Summary</w:t>
      </w:r>
    </w:p>
    <w:p w14:paraId="527A03D6" w14:textId="112A2E9B" w:rsidR="00BF7FED" w:rsidRDefault="00000000">
      <w:r>
        <w:t>The Young Adults and Singles Intern serves as a supportive member of the church's ministry team</w:t>
      </w:r>
      <w:r w:rsidR="005546A0">
        <w:t xml:space="preserve">. </w:t>
      </w:r>
      <w:r>
        <w:t>This part-time role focuses on event planning, prospect follow-up, and fostering</w:t>
      </w:r>
      <w:r w:rsidR="005546A0">
        <w:t xml:space="preserve"> healthy</w:t>
      </w:r>
      <w:r>
        <w:t xml:space="preserve"> small group environments ("Grouplife"). The ideal candidate feels a clear call to ministry, is eager to receive ongoing training, and desires to make a tangible impact by supporting the calendar, logistics, and care coordination for </w:t>
      </w:r>
      <w:r w:rsidR="005546A0">
        <w:t>Single Adults at FBC Bryan</w:t>
      </w:r>
      <w:r>
        <w:t>.</w:t>
      </w:r>
    </w:p>
    <w:p w14:paraId="2DF1F937" w14:textId="77777777" w:rsidR="00BF7FED" w:rsidRDefault="00000000">
      <w:pPr>
        <w:pStyle w:val="Heading2"/>
      </w:pPr>
      <w:r>
        <w:t>Core Responsibilities</w:t>
      </w:r>
    </w:p>
    <w:p w14:paraId="36F28FF8" w14:textId="77777777" w:rsidR="00BF7FED" w:rsidRDefault="00000000">
      <w:pPr>
        <w:pStyle w:val="Heading3"/>
      </w:pPr>
      <w:r>
        <w:t>Outreach &amp; Event Management</w:t>
      </w:r>
    </w:p>
    <w:p w14:paraId="1289E088" w14:textId="52A4F7FA" w:rsidR="00BF7FED" w:rsidRDefault="00000000">
      <w:pPr>
        <w:pStyle w:val="ListBullet"/>
      </w:pPr>
      <w:r>
        <w:t>Plan</w:t>
      </w:r>
      <w:r w:rsidR="005546A0">
        <w:t>s</w:t>
      </w:r>
      <w:r>
        <w:t>, organize</w:t>
      </w:r>
      <w:r w:rsidR="005546A0">
        <w:t>s</w:t>
      </w:r>
      <w:r>
        <w:t>, and execute</w:t>
      </w:r>
      <w:r w:rsidR="005546A0">
        <w:t>s</w:t>
      </w:r>
      <w:r>
        <w:t xml:space="preserve"> outreach events specifically tailored to young adults and singles.</w:t>
      </w:r>
    </w:p>
    <w:p w14:paraId="4E77872A" w14:textId="3897E3BB" w:rsidR="00BF7FED" w:rsidRDefault="00000000">
      <w:pPr>
        <w:pStyle w:val="ListBullet"/>
      </w:pPr>
      <w:r>
        <w:t>Manage</w:t>
      </w:r>
      <w:r w:rsidR="005546A0">
        <w:t>s church/ministry</w:t>
      </w:r>
      <w:r>
        <w:t xml:space="preserve"> calendar implementation and coordinat</w:t>
      </w:r>
      <w:r w:rsidR="005546A0">
        <w:t>ion of</w:t>
      </w:r>
      <w:r>
        <w:t xml:space="preserve"> logistical details for all ministry activities and events.</w:t>
      </w:r>
    </w:p>
    <w:p w14:paraId="5A893437" w14:textId="77777777" w:rsidR="00BF7FED" w:rsidRDefault="00000000">
      <w:pPr>
        <w:pStyle w:val="Heading3"/>
      </w:pPr>
      <w:r>
        <w:t>Connection &amp; Care</w:t>
      </w:r>
    </w:p>
    <w:p w14:paraId="5CA519A4" w14:textId="609291D6" w:rsidR="00BF7FED" w:rsidRDefault="00000000">
      <w:pPr>
        <w:pStyle w:val="ListBullet"/>
      </w:pPr>
      <w:r>
        <w:t>Conduct</w:t>
      </w:r>
      <w:r w:rsidR="005546A0">
        <w:t>s</w:t>
      </w:r>
      <w:r>
        <w:t xml:space="preserve"> timely follow-up with prospects and new visitors to</w:t>
      </w:r>
      <w:r w:rsidR="005546A0">
        <w:t xml:space="preserve"> facilitate</w:t>
      </w:r>
      <w:r>
        <w:t xml:space="preserve"> integrat</w:t>
      </w:r>
      <w:r w:rsidR="005546A0">
        <w:t>ion</w:t>
      </w:r>
      <w:r>
        <w:t xml:space="preserve"> into the </w:t>
      </w:r>
      <w:proofErr w:type="gramStart"/>
      <w:r w:rsidR="005546A0">
        <w:t>ministries</w:t>
      </w:r>
      <w:proofErr w:type="gramEnd"/>
      <w:r w:rsidR="005546A0">
        <w:t xml:space="preserve"> </w:t>
      </w:r>
      <w:r>
        <w:t>community.</w:t>
      </w:r>
    </w:p>
    <w:p w14:paraId="44D5857D" w14:textId="433D2230" w:rsidR="00BF7FED" w:rsidRDefault="00000000">
      <w:pPr>
        <w:pStyle w:val="ListBullet"/>
      </w:pPr>
      <w:r>
        <w:t>Facilitate</w:t>
      </w:r>
      <w:r w:rsidR="005546A0">
        <w:t>s</w:t>
      </w:r>
      <w:r>
        <w:t xml:space="preserve"> </w:t>
      </w:r>
      <w:proofErr w:type="spellStart"/>
      <w:r>
        <w:t>inreach</w:t>
      </w:r>
      <w:proofErr w:type="spellEnd"/>
      <w:r>
        <w:t xml:space="preserve"> and provide</w:t>
      </w:r>
      <w:r w:rsidR="005546A0">
        <w:t>s</w:t>
      </w:r>
      <w:r>
        <w:t xml:space="preserve"> care coordination for existing members of the young adult and singles ministry.</w:t>
      </w:r>
    </w:p>
    <w:p w14:paraId="4E6EEF3D" w14:textId="77777777" w:rsidR="00BF7FED" w:rsidRDefault="00000000">
      <w:pPr>
        <w:pStyle w:val="Heading3"/>
      </w:pPr>
      <w:r>
        <w:t>Leadership &amp; Teaching</w:t>
      </w:r>
    </w:p>
    <w:p w14:paraId="10DCE768" w14:textId="58772108" w:rsidR="00BF7FED" w:rsidRDefault="00E67E76">
      <w:pPr>
        <w:pStyle w:val="ListBullet"/>
      </w:pPr>
      <w:r>
        <w:t>Teaches</w:t>
      </w:r>
      <w:r w:rsidR="00000000">
        <w:t xml:space="preserve"> Grouplife classes and actively recruit</w:t>
      </w:r>
      <w:r w:rsidR="005546A0">
        <w:t>s</w:t>
      </w:r>
      <w:r w:rsidR="00000000">
        <w:t xml:space="preserve"> and develop</w:t>
      </w:r>
      <w:r w:rsidR="005546A0">
        <w:t>s</w:t>
      </w:r>
      <w:r w:rsidR="00000000">
        <w:t xml:space="preserve"> volunteer leadership within the ministry.</w:t>
      </w:r>
    </w:p>
    <w:p w14:paraId="05A63802" w14:textId="0ECED78B" w:rsidR="00BF7FED" w:rsidRDefault="00000000">
      <w:pPr>
        <w:pStyle w:val="ListBullet"/>
      </w:pPr>
      <w:proofErr w:type="gramStart"/>
      <w:r>
        <w:t>Participate</w:t>
      </w:r>
      <w:r w:rsidR="005546A0">
        <w:t>s</w:t>
      </w:r>
      <w:proofErr w:type="gramEnd"/>
      <w:r>
        <w:t xml:space="preserve"> actively in ministry training to develop personal leadership and pastoral skills.</w:t>
      </w:r>
    </w:p>
    <w:p w14:paraId="54BF532E" w14:textId="77777777" w:rsidR="00BF7FED" w:rsidRDefault="00000000">
      <w:pPr>
        <w:pStyle w:val="Heading2"/>
      </w:pPr>
      <w:r>
        <w:t>Qualifications</w:t>
      </w:r>
    </w:p>
    <w:p w14:paraId="4AE6FD3A" w14:textId="77777777" w:rsidR="00BF7FED" w:rsidRDefault="00000000">
      <w:pPr>
        <w:pStyle w:val="Heading3"/>
      </w:pPr>
      <w:r>
        <w:t>Knowledge, Skills &amp; Abilities</w:t>
      </w:r>
    </w:p>
    <w:p w14:paraId="1A8D7B08" w14:textId="71F1B101" w:rsidR="00BF7FED" w:rsidRDefault="00000000">
      <w:pPr>
        <w:pStyle w:val="ListBullet"/>
      </w:pPr>
      <w:r>
        <w:t xml:space="preserve">Strong organizational and logistical </w:t>
      </w:r>
      <w:proofErr w:type="gramStart"/>
      <w:r>
        <w:t>skills .</w:t>
      </w:r>
      <w:proofErr w:type="gramEnd"/>
    </w:p>
    <w:p w14:paraId="40B59708" w14:textId="602073A4" w:rsidR="00BF7FED" w:rsidRDefault="00000000">
      <w:pPr>
        <w:pStyle w:val="ListBullet"/>
      </w:pPr>
      <w:r>
        <w:t>Excellent communication and relational skills.</w:t>
      </w:r>
    </w:p>
    <w:p w14:paraId="116FDF6E" w14:textId="77777777" w:rsidR="00BF7FED" w:rsidRDefault="00000000">
      <w:pPr>
        <w:pStyle w:val="ListBullet"/>
      </w:pPr>
      <w:r>
        <w:t>A teachable spirit and openness to ongoing ministry training and mentorship.</w:t>
      </w:r>
    </w:p>
    <w:p w14:paraId="46A2A1AB" w14:textId="51FDDC11" w:rsidR="00ED5D18" w:rsidRDefault="00ED5D18">
      <w:pPr>
        <w:pStyle w:val="ListBullet"/>
      </w:pPr>
      <w:r>
        <w:t xml:space="preserve">Currently attending accredited seminary </w:t>
      </w:r>
    </w:p>
    <w:p w14:paraId="0BDB4A6B" w14:textId="77777777" w:rsidR="00BF7FED" w:rsidRDefault="00000000">
      <w:pPr>
        <w:pStyle w:val="Heading3"/>
      </w:pPr>
      <w:r>
        <w:t>Personal Faith Requirements</w:t>
      </w:r>
    </w:p>
    <w:p w14:paraId="76C29AF9" w14:textId="77777777" w:rsidR="00BF7FED" w:rsidRDefault="00000000">
      <w:pPr>
        <w:pStyle w:val="ListBullet"/>
      </w:pPr>
      <w:r>
        <w:t>A clear, articulated call to ministry.</w:t>
      </w:r>
    </w:p>
    <w:p w14:paraId="22C033D3" w14:textId="77777777" w:rsidR="00BF7FED" w:rsidRDefault="00000000">
      <w:pPr>
        <w:pStyle w:val="ListBullet"/>
      </w:pPr>
      <w:r>
        <w:t>Active, committed Christian faith with a lifestyle consistent with biblical standards.</w:t>
      </w:r>
    </w:p>
    <w:p w14:paraId="4290F8BF" w14:textId="77777777" w:rsidR="00BF7FED" w:rsidRDefault="00000000">
      <w:pPr>
        <w:pStyle w:val="ListBullet"/>
      </w:pPr>
      <w:r>
        <w:t>Alignment with the church's statement of faith, mission, and core values.</w:t>
      </w:r>
    </w:p>
    <w:p w14:paraId="4EA3A216" w14:textId="77777777" w:rsidR="00BF7FED" w:rsidRDefault="00000000">
      <w:pPr>
        <w:pStyle w:val="Heading3"/>
      </w:pPr>
      <w:r>
        <w:lastRenderedPageBreak/>
        <w:t>Work Environment &amp; Physical Requirements</w:t>
      </w:r>
    </w:p>
    <w:p w14:paraId="768DF2A4" w14:textId="4B2B58FE" w:rsidR="00BF7FED" w:rsidRDefault="00000000">
      <w:pPr>
        <w:pStyle w:val="ListBullet"/>
      </w:pPr>
      <w:r>
        <w:t xml:space="preserve">Part-time commitment of </w:t>
      </w:r>
      <w:r w:rsidR="005546A0">
        <w:t xml:space="preserve">no more </w:t>
      </w:r>
      <w:proofErr w:type="spellStart"/>
      <w:proofErr w:type="gramStart"/>
      <w:r w:rsidR="005546A0">
        <w:t>then</w:t>
      </w:r>
      <w:proofErr w:type="spellEnd"/>
      <w:proofErr w:type="gramEnd"/>
      <w:r w:rsidR="005546A0">
        <w:t xml:space="preserve"> ~15 hours per week (~</w:t>
      </w:r>
      <w:r>
        <w:t>60 hours per month</w:t>
      </w:r>
      <w:r w:rsidR="005546A0">
        <w:t>)</w:t>
      </w:r>
      <w:r>
        <w:t>.</w:t>
      </w:r>
    </w:p>
    <w:p w14:paraId="3EA276D0" w14:textId="4116C09D" w:rsidR="00BF7FED" w:rsidRDefault="005546A0">
      <w:pPr>
        <w:pStyle w:val="ListBullet"/>
      </w:pPr>
      <w:r>
        <w:t>H</w:t>
      </w:r>
      <w:r w:rsidR="00000000">
        <w:t>ours</w:t>
      </w:r>
      <w:r>
        <w:t xml:space="preserve"> could include</w:t>
      </w:r>
      <w:r w:rsidR="00000000">
        <w:t>, some evenings and weekends for events, Grouplife classes, and church services.</w:t>
      </w:r>
    </w:p>
    <w:p w14:paraId="79B4DF81" w14:textId="20E815A3" w:rsidR="00BF7FED" w:rsidRDefault="00BF7FED" w:rsidP="00ED5D18">
      <w:pPr>
        <w:pStyle w:val="ListBullet"/>
        <w:numPr>
          <w:ilvl w:val="0"/>
          <w:numId w:val="0"/>
        </w:numPr>
        <w:ind w:left="360"/>
      </w:pPr>
    </w:p>
    <w:sectPr w:rsidR="00BF7FE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6129054">
    <w:abstractNumId w:val="8"/>
  </w:num>
  <w:num w:numId="2" w16cid:durableId="1400057944">
    <w:abstractNumId w:val="6"/>
  </w:num>
  <w:num w:numId="3" w16cid:durableId="780346648">
    <w:abstractNumId w:val="5"/>
  </w:num>
  <w:num w:numId="4" w16cid:durableId="1895967264">
    <w:abstractNumId w:val="4"/>
  </w:num>
  <w:num w:numId="5" w16cid:durableId="1498183068">
    <w:abstractNumId w:val="7"/>
  </w:num>
  <w:num w:numId="6" w16cid:durableId="429350654">
    <w:abstractNumId w:val="3"/>
  </w:num>
  <w:num w:numId="7" w16cid:durableId="1006904547">
    <w:abstractNumId w:val="2"/>
  </w:num>
  <w:num w:numId="8" w16cid:durableId="758059176">
    <w:abstractNumId w:val="1"/>
  </w:num>
  <w:num w:numId="9" w16cid:durableId="1267542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46A0"/>
    <w:rsid w:val="00AA1D8D"/>
    <w:rsid w:val="00B47730"/>
    <w:rsid w:val="00BF7FED"/>
    <w:rsid w:val="00CB0664"/>
    <w:rsid w:val="00E67E76"/>
    <w:rsid w:val="00ED5D18"/>
    <w:rsid w:val="00EF5F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CE9403"/>
  <w14:defaultImageDpi w14:val="300"/>
  <w15:docId w15:val="{58314B00-D432-43AD-A576-66AF25EE4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5546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Scott Graves</cp:lastModifiedBy>
  <cp:revision>2</cp:revision>
  <cp:lastPrinted>2026-11-02T16:05:00Z</cp:lastPrinted>
  <dcterms:created xsi:type="dcterms:W3CDTF">2026-11-04T22:01:00Z</dcterms:created>
  <dcterms:modified xsi:type="dcterms:W3CDTF">2026-11-04T22:01:00Z</dcterms:modified>
  <cp:category/>
</cp:coreProperties>
</file>